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 - משחק 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הפעולה שכל אחד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קיצור לפעולה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בקיצורים בזמן עבודה במחשב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הדבקה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S מזכירה את המילה Save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הקיצור המקובל למירכוז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(מירכוז)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קיצורים חוסכים זמן, מאפשרים לעבוד מהר יותר בלי להרים ידיים מהמקלדת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שמירת 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X גוזר, V מדביק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Win+.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אחד אומר קיצור והשני אומר את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הקיצורים בפועל על מחשב אם אפשר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 - משחק 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קיצורי מקלדת נפוצים כמו שמירה, גזירה, הדבקה ומירכוז, בעזרת סוגי שאלות שונים שמבוססים על משחק ההתאמה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X  ·  V  ·  S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Ctrl+X?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הדבקה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Ctrl+S משמש לשמירת 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Ctrl+E ממרכז טקסט במסמך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לגזור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להדביק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לשמור קובץ לוחצים על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מירכוז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Ctrl+E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כדאי להשתמש בקיצורי מקלדת במקום בעכבר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הקיצור Ctrl+S?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Ctrl+X ל-Ctrl+V?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 - משחק התאמה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