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אחד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מירכוז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פתיחת לוח האימוג׳ים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S מזכירה את המילה Save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Ctrl+X הוא גזירה, Ctrl+V הוא 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הקיצור המקובל למירכוז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הקיצור המקובל לפתיחת האימוג׳ים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Ctrl+V הוא הדבקה, Ctrl+C הוא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(מירכוז)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(לוח האימוג׳ים)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קיצורים חוסכים זמן, מאפשרים לעבוד מהר יותר בלי להרים ידיים מהמקלדת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להעביר משפט או קובץ ממקום אחד למקום אחר במסמך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שמירת 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X גוזר, V מדביק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Win+.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אומר קיצור והשני אומר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הקיצורים בפועל על מחשב אם אפשר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קיצורי מקלדת. קיצור הוא לחיצה על כמה מקשים ביחד שעושה פעולה מהר.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לחיצה על כמה מקשים ביחד שעושה פעולה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שלוחצים איתו יחד עם מקש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Win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חלונות במקלדת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טקסט או קובץ ממקום כדי להעביר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הדבקה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טקסט או קובץ שגזרנו או העתקנו למקום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מירכוז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הזזת הטקסט לאמצע השורה או הדף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שמירת הקובץ כדי שלא יאבד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האימוג׳ים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חלון קטן עם סמלים כמו 😀 שאפשר להוסיף לטקסט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Ctrl+S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Ctrl+X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Ctrl+V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Ctrl+E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Win+.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לוח האימוג׳ים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גזירת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הדבקת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Ctrl+C עושה איזו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Ctrl+S משמש לשמירת 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משמש להדבקה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Ctrl+E ממרכז 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Win+. פותח את לוח האימוג׳ים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להעתיק טקסט משתמשים בקיצור Ctrl+V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לגזור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קובץ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למרכז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לפתוח את לוח האימוג׳ים לוחצים על Win+__________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 האימוג׳ים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מירכוז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Win+.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גזירה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להשתמש בקיצורי מקלדת במקום בעכבר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הייתם משתמשים בקיצור Ctrl+X ו-Ctrl+V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Ctrl+X ל-Ctrl+V?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פותח את לוח האימוג׳ים?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 - משחק 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