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 - משחק 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הפעולה שכל אחד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קיצור לפעולה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בקיצורים בזמן עבודה במחשב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מירכוז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פתיחת לוח האימוג׳ים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S מזכירה את המילה Save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Ctrl+X הוא גזירה, Ctrl+V הוא 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הקיצור המקובל למירכוז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הקיצור המקובל לפתיחת האימוג׳ים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Ctrl+V הוא הדבקה, Ctrl+C הוא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X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(גזירה)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(הדבקה)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(מירכוז)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(לוח האימוג׳ים)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קיצורים חוסכים זמן, מאפשרים לעבוד מהר יותר בלי להרים ידיים מהמקלדת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להעביר משפט או קובץ ממקום אחד למקום אחר במסמך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שמירת 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X גוזר, V מדביק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Win+.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אחד אומר קיצור והשני אומר את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הקיצורים בפועל על מחשב אם אפשר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 - משחק 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קיצורי מקלדת נפוצים כמו שמירה, גזירה, הדבקה ומירכוז, בעזרת סוגי שאלות שונים שמבוססים על משחק ההתאמה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הקיצור Ctrl+S?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הקיצור Ctrl+X?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הקיצור Ctrl+V?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הקיצור Ctrl+E?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מירכוז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הקיצור Win+.?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פתיחת לוח האימוג׳ים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שמירת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גזירת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הדבקת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הקיצור הנפוץ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Ctrl+S משמש לשמירת 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Ctrl+X משמש להדבקה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Ctrl+E ממרכז טקסט במסמך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Win+. פותח את לוח האימוג׳ים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להעתיק טקסט משתמשים בקיצור Ctrl+V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לגזור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להדביק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לשמור קובץ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למרכז טקסט לוחצים על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לפתוח את לוח האימוג׳ים לוחצים על Win+__________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 האימוג׳ים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Ctrl+X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מירכוז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הדבקה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Win+.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גזירה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כדאי להשתמש בקיצורי מקלדת במקום בעכבר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הייתם משתמשים בקיצור Ctrl+X ו-Ctrl+V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הקיצור Ctrl+S?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Ctrl+X ל-Ctrl+V?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קיצור פותח את לוח האימוג׳ים?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 - משחק התאמה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